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B8E5" w14:textId="77777777" w:rsidR="00164BF5" w:rsidRDefault="007C1DA3">
      <w:pPr>
        <w:jc w:val="center"/>
      </w:pPr>
      <w:proofErr w:type="spellStart"/>
      <w:r>
        <w:rPr>
          <w:b/>
          <w:sz w:val="40"/>
        </w:rPr>
        <w:t>QuantBooks</w:t>
      </w:r>
      <w:proofErr w:type="spellEnd"/>
      <w:r>
        <w:rPr>
          <w:b/>
          <w:sz w:val="40"/>
        </w:rPr>
        <w:t xml:space="preserve"> Global</w:t>
      </w:r>
      <w:r>
        <w:rPr>
          <w:b/>
          <w:sz w:val="40"/>
        </w:rPr>
        <w:br/>
        <w:t>Software We Work With</w:t>
      </w:r>
    </w:p>
    <w:p w14:paraId="3E22F5C5" w14:textId="77777777" w:rsidR="00164BF5" w:rsidRDefault="007C1DA3">
      <w:pPr>
        <w:jc w:val="center"/>
      </w:pPr>
      <w:r>
        <w:rPr>
          <w:i/>
        </w:rPr>
        <w:t>USA &amp; Australia • Website Logo Layout</w:t>
      </w:r>
    </w:p>
    <w:p w14:paraId="24D79F82" w14:textId="77777777" w:rsidR="00164BF5" w:rsidRDefault="007C1DA3">
      <w:r>
        <w:rPr>
          <w:b/>
          <w:color w:val="1F4E79"/>
          <w:sz w:val="32"/>
        </w:rPr>
        <w:t>USA</w:t>
      </w:r>
    </w:p>
    <w:p w14:paraId="7F0F16DD" w14:textId="12BFA707" w:rsidR="00164BF5" w:rsidRPr="005D29D3" w:rsidRDefault="00217E16">
      <w:pPr>
        <w:rPr>
          <w:b/>
          <w:u w:val="single"/>
        </w:rPr>
      </w:pPr>
      <w:r>
        <w:rPr>
          <w:b/>
          <w:sz w:val="24"/>
          <w:u w:val="single"/>
        </w:rPr>
        <w:t xml:space="preserve">Bookkeeping Services </w:t>
      </w:r>
    </w:p>
    <w:tbl>
      <w:tblPr>
        <w:tblW w:w="13608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164BF5" w14:paraId="0989B86F" w14:textId="77777777" w:rsidTr="005D29D3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ED17EC" w14:textId="77777777" w:rsidR="00164BF5" w:rsidRDefault="007C1DA3">
            <w:r>
              <w:rPr>
                <w:b/>
              </w:rPr>
              <w:t>Logo</w:t>
            </w:r>
          </w:p>
        </w:tc>
        <w:tc>
          <w:tcPr>
            <w:tcW w:w="83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B611F" w14:textId="77777777" w:rsidR="00164BF5" w:rsidRDefault="007C1DA3">
            <w:r>
              <w:rPr>
                <w:b/>
              </w:rPr>
              <w:t>Software</w:t>
            </w:r>
          </w:p>
        </w:tc>
      </w:tr>
      <w:tr w:rsidR="00164BF5" w14:paraId="5FDD5C63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B3F86" w14:textId="77777777" w:rsidR="005D29D3" w:rsidRDefault="005D29D3">
            <w:pPr>
              <w:jc w:val="center"/>
              <w:rPr>
                <w:noProof/>
              </w:rPr>
            </w:pPr>
          </w:p>
          <w:p w14:paraId="037534F6" w14:textId="077136AD" w:rsidR="00164BF5" w:rsidRDefault="005D29D3">
            <w:pPr>
              <w:jc w:val="center"/>
            </w:pPr>
            <w:r>
              <w:rPr>
                <w:noProof/>
              </w:rPr>
              <w:t xml:space="preserve"> </w:t>
            </w: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06C77399" wp14:editId="48CAA380">
                  <wp:extent cx="680225" cy="685800"/>
                  <wp:effectExtent l="0" t="0" r="5715" b="0"/>
                  <wp:docPr id="1043208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20865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73" cy="7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C1DA3">
              <w:rPr>
                <w:b/>
                <w:color w:val="919191"/>
                <w:sz w:val="16"/>
              </w:rPr>
              <w:br/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7D66CB" w14:textId="77777777" w:rsidR="00164BF5" w:rsidRDefault="007C1DA3">
            <w:r>
              <w:rPr>
                <w:b/>
              </w:rPr>
              <w:t>QuickBooks Online</w:t>
            </w:r>
          </w:p>
        </w:tc>
      </w:tr>
      <w:tr w:rsidR="00164BF5" w14:paraId="0619124E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2E3401" w14:textId="77777777" w:rsidR="00164BF5" w:rsidRDefault="007C1D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85CADF" wp14:editId="77C4897A">
                  <wp:extent cx="822960" cy="22266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ero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2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DF5BC" w14:textId="77777777" w:rsidR="00164BF5" w:rsidRDefault="007C1DA3">
            <w:r>
              <w:rPr>
                <w:b/>
              </w:rPr>
              <w:t>Xero</w:t>
            </w:r>
          </w:p>
        </w:tc>
      </w:tr>
      <w:tr w:rsidR="00164BF5" w14:paraId="7381657E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FE81F" w14:textId="2D1EF5C7" w:rsidR="00164BF5" w:rsidRDefault="005D29D3">
            <w:pPr>
              <w:jc w:val="center"/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17C79CCD" wp14:editId="781EF4CF">
                  <wp:extent cx="777240" cy="777240"/>
                  <wp:effectExtent l="0" t="0" r="3810" b="3810"/>
                  <wp:docPr id="914930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93021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307" cy="77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8A010" w14:textId="77777777" w:rsidR="00164BF5" w:rsidRDefault="007C1DA3">
            <w:r>
              <w:rPr>
                <w:b/>
              </w:rPr>
              <w:t>Accounting CS</w:t>
            </w:r>
          </w:p>
        </w:tc>
      </w:tr>
      <w:tr w:rsidR="00164BF5" w14:paraId="565401AD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1F9141" w14:textId="75D68E88" w:rsidR="00164BF5" w:rsidRDefault="005D29D3">
            <w:pPr>
              <w:jc w:val="center"/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4326FC67" wp14:editId="0BFAD6FD">
                  <wp:extent cx="1432437" cy="845820"/>
                  <wp:effectExtent l="0" t="0" r="0" b="0"/>
                  <wp:docPr id="3666564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65644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956" cy="848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143577" w14:textId="77777777" w:rsidR="00164BF5" w:rsidRDefault="007C1DA3">
            <w:r>
              <w:rPr>
                <w:b/>
              </w:rPr>
              <w:t>Sage</w:t>
            </w:r>
          </w:p>
        </w:tc>
      </w:tr>
      <w:tr w:rsidR="00164BF5" w14:paraId="57429B9A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135D1" w14:textId="09E936B1" w:rsidR="00164BF5" w:rsidRDefault="005D29D3">
            <w:pPr>
              <w:jc w:val="center"/>
            </w:pPr>
            <w:r w:rsidRPr="005D29D3">
              <w:rPr>
                <w:noProof/>
              </w:rPr>
              <w:drawing>
                <wp:inline distT="0" distB="0" distL="0" distR="0" wp14:anchorId="52E3C797" wp14:editId="72E558A9">
                  <wp:extent cx="1837312" cy="739140"/>
                  <wp:effectExtent l="0" t="0" r="0" b="3810"/>
                  <wp:docPr id="1263556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55629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890" cy="746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A8950" w14:textId="4CC8BE8C" w:rsidR="00164BF5" w:rsidRDefault="005D29D3">
            <w:r>
              <w:rPr>
                <w:b/>
              </w:rPr>
              <w:t xml:space="preserve">Oracle </w:t>
            </w:r>
            <w:r w:rsidR="007C1DA3">
              <w:rPr>
                <w:b/>
              </w:rPr>
              <w:t>NetSuite</w:t>
            </w:r>
          </w:p>
        </w:tc>
      </w:tr>
      <w:tr w:rsidR="00164BF5" w14:paraId="76AFF12F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C29D0" w14:textId="77777777" w:rsidR="00164BF5" w:rsidRDefault="007C1D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DAFD90" wp14:editId="7FFC845C">
                  <wp:extent cx="1084370" cy="640080"/>
                  <wp:effectExtent l="0" t="0" r="1905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shbooks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796" cy="641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ECE23D" w14:textId="77777777" w:rsidR="00164BF5" w:rsidRDefault="007C1DA3">
            <w:r>
              <w:rPr>
                <w:b/>
              </w:rPr>
              <w:t>FreshBooks</w:t>
            </w:r>
          </w:p>
        </w:tc>
      </w:tr>
      <w:tr w:rsidR="00164BF5" w14:paraId="55F36A91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C48CA9" w14:textId="77777777" w:rsidR="00164BF5" w:rsidRDefault="007C1D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3E5B0C" wp14:editId="0037BE1E">
                  <wp:extent cx="822960" cy="4114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_log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52183" w14:textId="77777777" w:rsidR="00164BF5" w:rsidRDefault="007C1DA3">
            <w:r>
              <w:rPr>
                <w:b/>
              </w:rPr>
              <w:t>Bill.com</w:t>
            </w:r>
          </w:p>
        </w:tc>
      </w:tr>
      <w:tr w:rsidR="00164BF5" w14:paraId="4288903D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C1D8E" w14:textId="661F8D90" w:rsidR="00164BF5" w:rsidRDefault="00F92787">
            <w:pPr>
              <w:jc w:val="center"/>
            </w:pPr>
            <w:r w:rsidRPr="00F92787">
              <w:rPr>
                <w:noProof/>
              </w:rPr>
              <w:lastRenderedPageBreak/>
              <w:drawing>
                <wp:inline distT="0" distB="0" distL="0" distR="0" wp14:anchorId="6386BD67" wp14:editId="431D0E6E">
                  <wp:extent cx="1762371" cy="609685"/>
                  <wp:effectExtent l="0" t="0" r="9525" b="0"/>
                  <wp:docPr id="15247741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77412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371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6CB77" w14:textId="77777777" w:rsidR="00164BF5" w:rsidRDefault="007C1DA3">
            <w:r>
              <w:rPr>
                <w:b/>
              </w:rPr>
              <w:t>Zoho</w:t>
            </w:r>
          </w:p>
        </w:tc>
      </w:tr>
      <w:tr w:rsidR="00164BF5" w14:paraId="299A4E6A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123F3E" w14:textId="6D2510AA" w:rsidR="00164BF5" w:rsidRDefault="005D29D3">
            <w:pPr>
              <w:jc w:val="center"/>
            </w:pPr>
            <w:r w:rsidRPr="005D29D3">
              <w:rPr>
                <w:noProof/>
              </w:rPr>
              <w:drawing>
                <wp:inline distT="0" distB="0" distL="0" distR="0" wp14:anchorId="41FD2D90" wp14:editId="543759D7">
                  <wp:extent cx="2317909" cy="1196340"/>
                  <wp:effectExtent l="0" t="0" r="6350" b="3810"/>
                  <wp:docPr id="13979983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998394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708" cy="1196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0E126" w14:textId="77777777" w:rsidR="00164BF5" w:rsidRDefault="007C1DA3">
            <w:r>
              <w:rPr>
                <w:b/>
              </w:rPr>
              <w:t>SAP</w:t>
            </w:r>
          </w:p>
        </w:tc>
      </w:tr>
      <w:tr w:rsidR="00164BF5" w14:paraId="48E4AE70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F09A8" w14:textId="375ECBD3" w:rsidR="00164BF5" w:rsidRDefault="005D29D3">
            <w:pPr>
              <w:jc w:val="center"/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4ABE39E4" wp14:editId="7EBFAA4E">
                  <wp:extent cx="1705213" cy="800212"/>
                  <wp:effectExtent l="0" t="0" r="0" b="0"/>
                  <wp:docPr id="3398388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983884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213" cy="80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24101" w14:textId="56DFDC69" w:rsidR="00164BF5" w:rsidRDefault="005D29D3">
            <w:r>
              <w:rPr>
                <w:b/>
              </w:rPr>
              <w:t xml:space="preserve">Microsoft </w:t>
            </w:r>
            <w:r w:rsidR="007C1DA3">
              <w:rPr>
                <w:b/>
              </w:rPr>
              <w:t>Dynamics</w:t>
            </w:r>
          </w:p>
        </w:tc>
      </w:tr>
      <w:tr w:rsidR="005D29D3" w14:paraId="1032EF56" w14:textId="77777777" w:rsidTr="005D29D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FA3F7D" w14:textId="1B98AD35" w:rsidR="005D29D3" w:rsidRPr="005D29D3" w:rsidRDefault="00230507">
            <w:pPr>
              <w:jc w:val="center"/>
              <w:rPr>
                <w:b/>
                <w:color w:val="919191"/>
                <w:sz w:val="16"/>
              </w:rPr>
            </w:pPr>
            <w:r w:rsidRPr="00230507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4B3986F2" wp14:editId="78FAD0B2">
                  <wp:extent cx="2591162" cy="1047896"/>
                  <wp:effectExtent l="0" t="0" r="0" b="0"/>
                  <wp:docPr id="11376679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66790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1162" cy="104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28270" w14:textId="5D6ADB80" w:rsidR="005D29D3" w:rsidRDefault="005D29D3">
            <w:pPr>
              <w:rPr>
                <w:b/>
              </w:rPr>
            </w:pPr>
            <w:r>
              <w:rPr>
                <w:b/>
              </w:rPr>
              <w:t xml:space="preserve">Wave </w:t>
            </w:r>
          </w:p>
        </w:tc>
      </w:tr>
    </w:tbl>
    <w:p w14:paraId="0804C7E5" w14:textId="77777777" w:rsidR="00164BF5" w:rsidRDefault="00164BF5"/>
    <w:p w14:paraId="3A75616D" w14:textId="158EE152" w:rsidR="00164BF5" w:rsidRPr="00F92787" w:rsidRDefault="007C1DA3">
      <w:pPr>
        <w:rPr>
          <w:sz w:val="28"/>
          <w:szCs w:val="28"/>
          <w:u w:val="single"/>
        </w:rPr>
      </w:pPr>
      <w:r w:rsidRPr="00F92787">
        <w:rPr>
          <w:b/>
          <w:sz w:val="28"/>
          <w:szCs w:val="28"/>
          <w:u w:val="single"/>
        </w:rPr>
        <w:t>Tax</w:t>
      </w:r>
      <w:r w:rsidR="00B16969">
        <w:rPr>
          <w:b/>
          <w:sz w:val="28"/>
          <w:szCs w:val="28"/>
          <w:u w:val="single"/>
        </w:rPr>
        <w:t xml:space="preserve"> </w:t>
      </w:r>
      <w:r w:rsidR="00DE3D69">
        <w:rPr>
          <w:b/>
          <w:sz w:val="28"/>
          <w:szCs w:val="28"/>
          <w:u w:val="single"/>
        </w:rPr>
        <w:t>Preparation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164BF5" w14:paraId="5C4CA1FF" w14:textId="77777777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76625" w14:textId="77777777" w:rsidR="00164BF5" w:rsidRDefault="007C1DA3">
            <w:r>
              <w:rPr>
                <w:b/>
              </w:rPr>
              <w:t>Logo</w:t>
            </w:r>
          </w:p>
        </w:tc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66139" w14:textId="77777777" w:rsidR="00164BF5" w:rsidRDefault="007C1DA3">
            <w:r>
              <w:rPr>
                <w:b/>
              </w:rPr>
              <w:t>Software</w:t>
            </w:r>
          </w:p>
        </w:tc>
      </w:tr>
      <w:tr w:rsidR="00164BF5" w14:paraId="4C0FA48E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F88C2" w14:textId="7D3148DC" w:rsidR="00164BF5" w:rsidRDefault="00230507">
            <w:pPr>
              <w:jc w:val="center"/>
            </w:pPr>
            <w:r w:rsidRPr="00230507">
              <w:rPr>
                <w:noProof/>
              </w:rPr>
              <w:drawing>
                <wp:inline distT="0" distB="0" distL="0" distR="0" wp14:anchorId="66C51CAD" wp14:editId="13A96B12">
                  <wp:extent cx="1234440" cy="1169255"/>
                  <wp:effectExtent l="0" t="0" r="3810" b="0"/>
                  <wp:docPr id="13682016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20165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874" cy="1172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E3B24" w14:textId="666421E0" w:rsidR="00164BF5" w:rsidRDefault="007C1DA3">
            <w:r>
              <w:rPr>
                <w:b/>
              </w:rPr>
              <w:t xml:space="preserve">CCH Axcess </w:t>
            </w:r>
          </w:p>
        </w:tc>
      </w:tr>
      <w:tr w:rsidR="00164BF5" w14:paraId="113A0C48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8A937" w14:textId="0F0A6AFF" w:rsidR="00164BF5" w:rsidRDefault="00F92787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1DB779D4" wp14:editId="22C96E8B">
                  <wp:extent cx="1829055" cy="466790"/>
                  <wp:effectExtent l="0" t="0" r="0" b="9525"/>
                  <wp:docPr id="9849239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92392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055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05D5A" w14:textId="542C6317" w:rsidR="00164BF5" w:rsidRDefault="007C1DA3">
            <w:r>
              <w:rPr>
                <w:b/>
              </w:rPr>
              <w:t xml:space="preserve">Drake </w:t>
            </w:r>
          </w:p>
        </w:tc>
      </w:tr>
      <w:tr w:rsidR="00164BF5" w14:paraId="2F415D2B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5DDAD" w14:textId="6AFD81D5" w:rsidR="00164BF5" w:rsidRDefault="00F92787">
            <w:pPr>
              <w:jc w:val="center"/>
            </w:pPr>
            <w:r w:rsidRPr="00F92787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1A6AC9DC" wp14:editId="0DCEAB9B">
                  <wp:extent cx="1905266" cy="419158"/>
                  <wp:effectExtent l="0" t="0" r="0" b="0"/>
                  <wp:docPr id="1261234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234609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46268A" w14:textId="77777777" w:rsidR="00164BF5" w:rsidRDefault="007C1DA3">
            <w:r>
              <w:rPr>
                <w:b/>
              </w:rPr>
              <w:t>Lacerte</w:t>
            </w:r>
          </w:p>
        </w:tc>
      </w:tr>
      <w:tr w:rsidR="00164BF5" w14:paraId="12778502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9FF6B6" w14:textId="59FA792F" w:rsidR="00164BF5" w:rsidRDefault="00F92787">
            <w:pPr>
              <w:jc w:val="center"/>
            </w:pPr>
            <w:r w:rsidRPr="00F92787">
              <w:rPr>
                <w:b/>
                <w:noProof/>
                <w:color w:val="919191"/>
                <w:sz w:val="16"/>
              </w:rPr>
              <w:lastRenderedPageBreak/>
              <w:drawing>
                <wp:inline distT="0" distB="0" distL="0" distR="0" wp14:anchorId="7907EFF0" wp14:editId="75C866B9">
                  <wp:extent cx="1234440" cy="686071"/>
                  <wp:effectExtent l="0" t="0" r="3810" b="0"/>
                  <wp:docPr id="7019005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90052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322" cy="69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C897E3" w14:textId="77777777" w:rsidR="00164BF5" w:rsidRDefault="007C1DA3">
            <w:r>
              <w:rPr>
                <w:b/>
              </w:rPr>
              <w:t>UltraTax CS</w:t>
            </w:r>
          </w:p>
        </w:tc>
      </w:tr>
      <w:tr w:rsidR="00164BF5" w14:paraId="20801C98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365148" w14:textId="71E3FF9D" w:rsidR="00164BF5" w:rsidRDefault="00F92787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52D20F6A" wp14:editId="5FA62634">
                  <wp:extent cx="2095792" cy="1000265"/>
                  <wp:effectExtent l="0" t="0" r="0" b="9525"/>
                  <wp:docPr id="1965757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57578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2" cy="100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8E96F" w14:textId="77777777" w:rsidR="00164BF5" w:rsidRDefault="007C1DA3">
            <w:proofErr w:type="spellStart"/>
            <w:r>
              <w:rPr>
                <w:b/>
              </w:rPr>
              <w:t>ProSeries</w:t>
            </w:r>
            <w:proofErr w:type="spellEnd"/>
            <w:r>
              <w:rPr>
                <w:b/>
              </w:rPr>
              <w:t xml:space="preserve"> Tax</w:t>
            </w:r>
          </w:p>
        </w:tc>
      </w:tr>
      <w:tr w:rsidR="00164BF5" w14:paraId="1705950E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5C1D1" w14:textId="5433D922" w:rsidR="00164BF5" w:rsidRDefault="00F92787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641DC697" wp14:editId="65587581">
                  <wp:extent cx="1762371" cy="1676634"/>
                  <wp:effectExtent l="0" t="0" r="9525" b="0"/>
                  <wp:docPr id="20550116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011662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371" cy="1676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795D85" w14:textId="77777777" w:rsidR="00164BF5" w:rsidRDefault="007C1DA3">
            <w:r>
              <w:rPr>
                <w:b/>
              </w:rPr>
              <w:t xml:space="preserve">Intuit </w:t>
            </w:r>
            <w:proofErr w:type="spellStart"/>
            <w:r>
              <w:rPr>
                <w:b/>
              </w:rPr>
              <w:t>ProConnect</w:t>
            </w:r>
            <w:proofErr w:type="spellEnd"/>
          </w:p>
        </w:tc>
      </w:tr>
    </w:tbl>
    <w:p w14:paraId="4C33F67A" w14:textId="77777777" w:rsidR="00164BF5" w:rsidRDefault="00164BF5"/>
    <w:p w14:paraId="00838F99" w14:textId="77777777" w:rsidR="00164BF5" w:rsidRPr="00F92787" w:rsidRDefault="007C1DA3">
      <w:pPr>
        <w:rPr>
          <w:u w:val="single"/>
        </w:rPr>
      </w:pPr>
      <w:r w:rsidRPr="00F92787">
        <w:rPr>
          <w:b/>
          <w:sz w:val="24"/>
          <w:u w:val="single"/>
        </w:rPr>
        <w:t>Payroll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164BF5" w14:paraId="4A1259A2" w14:textId="77777777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289BED" w14:textId="77777777" w:rsidR="00164BF5" w:rsidRDefault="007C1DA3">
            <w:r>
              <w:rPr>
                <w:b/>
              </w:rPr>
              <w:t>Logo</w:t>
            </w:r>
          </w:p>
        </w:tc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F2A78A" w14:textId="77777777" w:rsidR="00164BF5" w:rsidRDefault="007C1DA3">
            <w:r>
              <w:rPr>
                <w:b/>
              </w:rPr>
              <w:t>Software</w:t>
            </w:r>
          </w:p>
        </w:tc>
      </w:tr>
      <w:tr w:rsidR="00164BF5" w14:paraId="43ADD4FB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58979" w14:textId="727DFC98" w:rsidR="00164BF5" w:rsidRDefault="00F92787">
            <w:pPr>
              <w:jc w:val="center"/>
            </w:pPr>
            <w:r w:rsidRPr="00F92787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66504106" wp14:editId="442AE3B8">
                  <wp:extent cx="1128050" cy="960120"/>
                  <wp:effectExtent l="0" t="0" r="0" b="0"/>
                  <wp:docPr id="3891691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169197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424" cy="967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77B6D5" w14:textId="77777777" w:rsidR="00164BF5" w:rsidRDefault="007C1DA3">
            <w:r>
              <w:rPr>
                <w:b/>
              </w:rPr>
              <w:t>Square Payroll</w:t>
            </w:r>
          </w:p>
        </w:tc>
      </w:tr>
      <w:tr w:rsidR="00164BF5" w14:paraId="769AE53D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D08596" w14:textId="7A935691" w:rsidR="00164BF5" w:rsidRDefault="00F92787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016CEE78" wp14:editId="28047D6E">
                  <wp:extent cx="2316480" cy="680418"/>
                  <wp:effectExtent l="0" t="0" r="7620" b="5715"/>
                  <wp:docPr id="16435705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57054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004" cy="684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A1B49E" w14:textId="77777777" w:rsidR="00164BF5" w:rsidRDefault="007C1DA3">
            <w:r>
              <w:rPr>
                <w:b/>
              </w:rPr>
              <w:t>Paychex</w:t>
            </w:r>
          </w:p>
        </w:tc>
      </w:tr>
      <w:tr w:rsidR="00164BF5" w14:paraId="666F2B4F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95F2E" w14:textId="77777777" w:rsidR="00164BF5" w:rsidRDefault="007C1DA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E2C7E4" wp14:editId="0E07E1FA">
                  <wp:extent cx="1290320" cy="967740"/>
                  <wp:effectExtent l="0" t="0" r="5080" b="381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p_logo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0" cy="96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A531AB" w14:textId="77777777" w:rsidR="00164BF5" w:rsidRDefault="007C1DA3">
            <w:r>
              <w:rPr>
                <w:b/>
              </w:rPr>
              <w:t>ADP</w:t>
            </w:r>
          </w:p>
        </w:tc>
      </w:tr>
      <w:tr w:rsidR="00164BF5" w14:paraId="098C3396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DD6CC2" w14:textId="664BEC8F" w:rsidR="00164BF5" w:rsidRDefault="00F92787">
            <w:pPr>
              <w:jc w:val="center"/>
            </w:pPr>
            <w:r w:rsidRPr="00F92787">
              <w:rPr>
                <w:b/>
                <w:noProof/>
                <w:color w:val="919191"/>
                <w:sz w:val="16"/>
              </w:rPr>
              <w:lastRenderedPageBreak/>
              <w:drawing>
                <wp:inline distT="0" distB="0" distL="0" distR="0" wp14:anchorId="09BF13FA" wp14:editId="3E7F1E43">
                  <wp:extent cx="1592580" cy="617194"/>
                  <wp:effectExtent l="0" t="0" r="7620" b="0"/>
                  <wp:docPr id="3404452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44524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6760" cy="62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2405E" w14:textId="77777777" w:rsidR="00164BF5" w:rsidRDefault="007C1DA3">
            <w:r>
              <w:rPr>
                <w:b/>
              </w:rPr>
              <w:t>Gusto</w:t>
            </w:r>
          </w:p>
        </w:tc>
      </w:tr>
      <w:tr w:rsidR="00164BF5" w14:paraId="133DDD47" w14:textId="77777777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3C85F" w14:textId="6A04D841" w:rsidR="00164BF5" w:rsidRDefault="00F92787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56E92C60" wp14:editId="172AB400">
                  <wp:extent cx="1851660" cy="648671"/>
                  <wp:effectExtent l="0" t="0" r="0" b="0"/>
                  <wp:docPr id="19689797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979716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852" cy="650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4ADE45" w14:textId="77777777" w:rsidR="00164BF5" w:rsidRDefault="007C1DA3">
            <w:r>
              <w:rPr>
                <w:b/>
              </w:rPr>
              <w:t>TriNet</w:t>
            </w:r>
          </w:p>
        </w:tc>
      </w:tr>
    </w:tbl>
    <w:p w14:paraId="475EA8F6" w14:textId="77777777" w:rsidR="00164BF5" w:rsidRDefault="00164BF5"/>
    <w:p w14:paraId="408FAB75" w14:textId="77777777" w:rsidR="00F92787" w:rsidRDefault="00F92787">
      <w:pPr>
        <w:rPr>
          <w:b/>
          <w:color w:val="1F4E79"/>
          <w:sz w:val="32"/>
        </w:rPr>
      </w:pPr>
    </w:p>
    <w:p w14:paraId="4C51DA72" w14:textId="4F5A4146" w:rsidR="00F92787" w:rsidRDefault="00F92787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Sales Tax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F92787" w14:paraId="4B8F834B" w14:textId="77777777" w:rsidTr="006974F3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1FED1F" w14:textId="77777777" w:rsidR="00F92787" w:rsidRDefault="00F92787" w:rsidP="006974F3">
            <w:r>
              <w:rPr>
                <w:b/>
              </w:rPr>
              <w:t>Logo</w:t>
            </w:r>
          </w:p>
        </w:tc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88C69" w14:textId="77777777" w:rsidR="00F92787" w:rsidRDefault="00F92787" w:rsidP="006974F3">
            <w:r>
              <w:rPr>
                <w:b/>
              </w:rPr>
              <w:t>Software</w:t>
            </w:r>
          </w:p>
        </w:tc>
      </w:tr>
      <w:tr w:rsidR="00F92787" w14:paraId="1D97B45D" w14:textId="77777777" w:rsidTr="006974F3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CA458" w14:textId="447475A5" w:rsidR="00F92787" w:rsidRDefault="00F92787" w:rsidP="006974F3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42D21C80" wp14:editId="238BBC3C">
                  <wp:extent cx="2057400" cy="590445"/>
                  <wp:effectExtent l="0" t="0" r="0" b="635"/>
                  <wp:docPr id="2146827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827347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915" cy="594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9A47B" w14:textId="499B9CB2" w:rsidR="00F92787" w:rsidRDefault="00F92787" w:rsidP="006974F3">
            <w:r>
              <w:t>Tax Jar</w:t>
            </w:r>
          </w:p>
        </w:tc>
      </w:tr>
      <w:tr w:rsidR="00F92787" w14:paraId="31174D89" w14:textId="77777777" w:rsidTr="006974F3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EF17AB" w14:textId="586CF018" w:rsidR="00F92787" w:rsidRDefault="00F92787" w:rsidP="006974F3">
            <w:pPr>
              <w:jc w:val="center"/>
            </w:pPr>
            <w:r w:rsidRPr="00F92787">
              <w:rPr>
                <w:noProof/>
              </w:rPr>
              <w:drawing>
                <wp:inline distT="0" distB="0" distL="0" distR="0" wp14:anchorId="6643B0DE" wp14:editId="4DE520EB">
                  <wp:extent cx="1838582" cy="600159"/>
                  <wp:effectExtent l="0" t="0" r="9525" b="9525"/>
                  <wp:docPr id="2179950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9503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582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BEAB0" w14:textId="05B5BB12" w:rsidR="00F92787" w:rsidRDefault="00F92787" w:rsidP="006974F3">
            <w:r>
              <w:t>Avalara</w:t>
            </w:r>
          </w:p>
        </w:tc>
      </w:tr>
      <w:tr w:rsidR="00F92787" w14:paraId="19001E8C" w14:textId="77777777" w:rsidTr="006974F3">
        <w:trPr>
          <w:jc w:val="center"/>
        </w:trPr>
        <w:tc>
          <w:tcPr>
            <w:tcW w:w="194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065450" w14:textId="749C85EC" w:rsidR="00F92787" w:rsidRDefault="001E54BC" w:rsidP="006974F3">
            <w:pPr>
              <w:jc w:val="center"/>
            </w:pPr>
            <w:r w:rsidRPr="001E54BC">
              <w:rPr>
                <w:noProof/>
              </w:rPr>
              <w:drawing>
                <wp:inline distT="0" distB="0" distL="0" distR="0" wp14:anchorId="33CAAC04" wp14:editId="53773C67">
                  <wp:extent cx="2310765" cy="553951"/>
                  <wp:effectExtent l="0" t="0" r="0" b="0"/>
                  <wp:docPr id="7543278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2784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207" cy="55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D6F36" w14:textId="1C8933DA" w:rsidR="00F92787" w:rsidRDefault="001E54BC" w:rsidP="006974F3">
            <w:proofErr w:type="spellStart"/>
            <w:r>
              <w:t>Vertax</w:t>
            </w:r>
            <w:proofErr w:type="spellEnd"/>
          </w:p>
        </w:tc>
      </w:tr>
    </w:tbl>
    <w:p w14:paraId="1C1C4E33" w14:textId="77777777" w:rsidR="00543971" w:rsidRDefault="00543971">
      <w:pPr>
        <w:rPr>
          <w:b/>
          <w:color w:val="1F4E79"/>
          <w:sz w:val="32"/>
        </w:rPr>
      </w:pPr>
    </w:p>
    <w:p w14:paraId="4459AB77" w14:textId="4767A614" w:rsidR="00F92787" w:rsidRPr="00543971" w:rsidRDefault="00543971">
      <w:pPr>
        <w:rPr>
          <w:bCs/>
          <w:sz w:val="24"/>
        </w:rPr>
      </w:pPr>
      <w:r>
        <w:rPr>
          <w:bCs/>
          <w:sz w:val="24"/>
        </w:rPr>
        <w:br/>
      </w:r>
    </w:p>
    <w:p w14:paraId="4F20A38D" w14:textId="77777777" w:rsidR="008B08C5" w:rsidRDefault="008B08C5">
      <w:pPr>
        <w:rPr>
          <w:b/>
          <w:color w:val="1F4E79"/>
          <w:sz w:val="32"/>
          <w:u w:val="single"/>
        </w:rPr>
      </w:pPr>
    </w:p>
    <w:p w14:paraId="5697ED62" w14:textId="77777777" w:rsidR="008B08C5" w:rsidRDefault="008B08C5">
      <w:pPr>
        <w:rPr>
          <w:b/>
          <w:color w:val="1F4E79"/>
          <w:sz w:val="32"/>
          <w:u w:val="single"/>
        </w:rPr>
      </w:pPr>
    </w:p>
    <w:p w14:paraId="03F8E343" w14:textId="77777777" w:rsidR="008B08C5" w:rsidRDefault="008B08C5">
      <w:pPr>
        <w:rPr>
          <w:b/>
          <w:color w:val="1F4E79"/>
          <w:sz w:val="32"/>
          <w:u w:val="single"/>
        </w:rPr>
      </w:pPr>
    </w:p>
    <w:p w14:paraId="0DF1026E" w14:textId="77777777" w:rsidR="008B08C5" w:rsidRDefault="008B08C5">
      <w:pPr>
        <w:rPr>
          <w:b/>
          <w:color w:val="1F4E79"/>
          <w:sz w:val="32"/>
          <w:u w:val="single"/>
        </w:rPr>
      </w:pPr>
    </w:p>
    <w:p w14:paraId="26A5D389" w14:textId="77777777" w:rsidR="008B08C5" w:rsidRDefault="008B08C5">
      <w:pPr>
        <w:rPr>
          <w:b/>
          <w:color w:val="1F4E79"/>
          <w:sz w:val="32"/>
          <w:u w:val="single"/>
        </w:rPr>
      </w:pPr>
    </w:p>
    <w:p w14:paraId="1B342AE6" w14:textId="77777777" w:rsidR="008B08C5" w:rsidRDefault="008B08C5">
      <w:pPr>
        <w:rPr>
          <w:b/>
          <w:color w:val="1F4E79"/>
          <w:sz w:val="32"/>
          <w:u w:val="single"/>
        </w:rPr>
      </w:pPr>
    </w:p>
    <w:p w14:paraId="34C82CB2" w14:textId="77777777" w:rsidR="008B08C5" w:rsidRDefault="008B08C5">
      <w:pPr>
        <w:rPr>
          <w:b/>
          <w:color w:val="1F4E79"/>
          <w:sz w:val="32"/>
          <w:u w:val="single"/>
        </w:rPr>
      </w:pPr>
    </w:p>
    <w:p w14:paraId="6344B998" w14:textId="77777777" w:rsidR="003B1AF4" w:rsidRDefault="003B1AF4">
      <w:pPr>
        <w:rPr>
          <w:b/>
          <w:color w:val="1F4E79"/>
          <w:sz w:val="32"/>
          <w:u w:val="single"/>
        </w:rPr>
      </w:pPr>
    </w:p>
    <w:p w14:paraId="770BDCA0" w14:textId="77777777" w:rsidR="003B1AF4" w:rsidRDefault="003B1AF4">
      <w:pPr>
        <w:rPr>
          <w:b/>
          <w:color w:val="1F4E79"/>
          <w:sz w:val="32"/>
          <w:u w:val="single"/>
        </w:rPr>
      </w:pPr>
    </w:p>
    <w:p w14:paraId="79B8C5DF" w14:textId="77777777" w:rsidR="00217E16" w:rsidRDefault="00217E16">
      <w:pPr>
        <w:rPr>
          <w:b/>
          <w:color w:val="1F4E79"/>
          <w:sz w:val="32"/>
          <w:u w:val="single"/>
        </w:rPr>
      </w:pPr>
    </w:p>
    <w:p w14:paraId="1584B9BD" w14:textId="3F8202F8" w:rsidR="00164BF5" w:rsidRPr="00543971" w:rsidRDefault="007C1DA3">
      <w:pPr>
        <w:rPr>
          <w:u w:val="single"/>
        </w:rPr>
      </w:pPr>
      <w:r w:rsidRPr="00543971">
        <w:rPr>
          <w:b/>
          <w:color w:val="1F4E79"/>
          <w:sz w:val="32"/>
          <w:u w:val="single"/>
        </w:rPr>
        <w:t>Australia</w:t>
      </w:r>
    </w:p>
    <w:p w14:paraId="6D2A6F2F" w14:textId="77777777" w:rsidR="00217E16" w:rsidRPr="005D29D3" w:rsidRDefault="00217E16" w:rsidP="00217E16">
      <w:pPr>
        <w:rPr>
          <w:b/>
          <w:u w:val="single"/>
        </w:rPr>
      </w:pPr>
      <w:r>
        <w:rPr>
          <w:b/>
          <w:sz w:val="24"/>
          <w:u w:val="single"/>
        </w:rPr>
        <w:t xml:space="preserve">Bookkeeping Services </w:t>
      </w:r>
    </w:p>
    <w:tbl>
      <w:tblPr>
        <w:tblW w:w="13608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164BF5" w14:paraId="2FE5521B" w14:textId="77777777" w:rsidTr="007F4997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F9C77" w14:textId="77777777" w:rsidR="00164BF5" w:rsidRDefault="007C1DA3">
            <w:r>
              <w:rPr>
                <w:b/>
              </w:rPr>
              <w:t>Logo</w:t>
            </w:r>
          </w:p>
        </w:tc>
        <w:tc>
          <w:tcPr>
            <w:tcW w:w="83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280D6" w14:textId="77777777" w:rsidR="00164BF5" w:rsidRDefault="007C1DA3">
            <w:r>
              <w:rPr>
                <w:b/>
              </w:rPr>
              <w:t>Software</w:t>
            </w:r>
          </w:p>
        </w:tc>
      </w:tr>
      <w:tr w:rsidR="00164BF5" w14:paraId="48293892" w14:textId="77777777" w:rsidTr="007F4997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BB0C6" w14:textId="3D74901A" w:rsidR="00164BF5" w:rsidRDefault="007F4997">
            <w:pPr>
              <w:jc w:val="center"/>
            </w:pPr>
            <w:r w:rsidRPr="007F4997">
              <w:rPr>
                <w:noProof/>
              </w:rPr>
              <w:drawing>
                <wp:inline distT="0" distB="0" distL="0" distR="0" wp14:anchorId="3BC90A90" wp14:editId="1D83CE0C">
                  <wp:extent cx="1767840" cy="817136"/>
                  <wp:effectExtent l="0" t="0" r="3810" b="2540"/>
                  <wp:docPr id="818235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560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213" cy="820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09630A" w14:textId="77777777" w:rsidR="00164BF5" w:rsidRDefault="007C1DA3">
            <w:r>
              <w:rPr>
                <w:b/>
              </w:rPr>
              <w:t>MYOB</w:t>
            </w:r>
          </w:p>
        </w:tc>
      </w:tr>
      <w:tr w:rsidR="00164BF5" w14:paraId="697D656E" w14:textId="77777777" w:rsidTr="007F4997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6C0CE2" w14:textId="0E68E3C4" w:rsidR="00164BF5" w:rsidRDefault="007F499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F6A0E8" wp14:editId="5887C1CA">
                  <wp:extent cx="822960" cy="222662"/>
                  <wp:effectExtent l="0" t="0" r="0" b="0"/>
                  <wp:docPr id="743000620" name="Picture 743000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ero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2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71DC1" w14:textId="77777777" w:rsidR="00164BF5" w:rsidRDefault="007C1DA3">
            <w:r>
              <w:rPr>
                <w:b/>
              </w:rPr>
              <w:t>Xero</w:t>
            </w:r>
          </w:p>
        </w:tc>
      </w:tr>
      <w:tr w:rsidR="00164BF5" w14:paraId="1A1ECD17" w14:textId="77777777" w:rsidTr="007F4997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91198" w14:textId="1436F161" w:rsidR="00164BF5" w:rsidRDefault="007F4997">
            <w:pPr>
              <w:jc w:val="center"/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1AD6DC86" wp14:editId="3FD6C2B1">
                  <wp:extent cx="680225" cy="685800"/>
                  <wp:effectExtent l="0" t="0" r="5715" b="0"/>
                  <wp:docPr id="15142154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20865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73" cy="7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4A586" w14:textId="77777777" w:rsidR="00164BF5" w:rsidRDefault="007C1DA3">
            <w:r>
              <w:rPr>
                <w:b/>
              </w:rPr>
              <w:t>QuickBooks</w:t>
            </w:r>
          </w:p>
        </w:tc>
      </w:tr>
      <w:tr w:rsidR="00164BF5" w14:paraId="41D9AD28" w14:textId="77777777" w:rsidTr="007F4997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1B8FC0" w14:textId="30F1B0DD" w:rsidR="00164BF5" w:rsidRDefault="007F4997">
            <w:pPr>
              <w:jc w:val="center"/>
            </w:pPr>
            <w:r w:rsidRPr="007F4997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431ACE0D" wp14:editId="1285B1C9">
                  <wp:extent cx="1916149" cy="883920"/>
                  <wp:effectExtent l="0" t="0" r="8255" b="0"/>
                  <wp:docPr id="3491518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151873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03" cy="88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66766B" w14:textId="77777777" w:rsidR="00164BF5" w:rsidRDefault="007C1DA3">
            <w:r>
              <w:rPr>
                <w:b/>
              </w:rPr>
              <w:t>Q6</w:t>
            </w:r>
          </w:p>
        </w:tc>
      </w:tr>
      <w:tr w:rsidR="00164BF5" w14:paraId="73FFD53D" w14:textId="77777777" w:rsidTr="007F4997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D4A7EE" w14:textId="576EE8C5" w:rsidR="00164BF5" w:rsidRDefault="007F4997">
            <w:pPr>
              <w:jc w:val="center"/>
            </w:pPr>
            <w:r w:rsidRPr="007F4997">
              <w:rPr>
                <w:noProof/>
              </w:rPr>
              <w:drawing>
                <wp:inline distT="0" distB="0" distL="0" distR="0" wp14:anchorId="54E4B916" wp14:editId="0D9B1EEF">
                  <wp:extent cx="2217420" cy="870565"/>
                  <wp:effectExtent l="0" t="0" r="0" b="6350"/>
                  <wp:docPr id="14219293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192939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1643" cy="876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3B2B7B" w14:textId="77777777" w:rsidR="00164BF5" w:rsidRDefault="007C1DA3">
            <w:r>
              <w:rPr>
                <w:b/>
              </w:rPr>
              <w:t>Pronto</w:t>
            </w:r>
          </w:p>
        </w:tc>
      </w:tr>
    </w:tbl>
    <w:p w14:paraId="1966CAD8" w14:textId="77777777" w:rsidR="00164BF5" w:rsidRDefault="00164BF5"/>
    <w:p w14:paraId="2AFF4339" w14:textId="77777777" w:rsidR="00217E16" w:rsidRDefault="00217E16" w:rsidP="00217E16">
      <w:pPr>
        <w:rPr>
          <w:b/>
          <w:sz w:val="24"/>
          <w:u w:val="single"/>
        </w:rPr>
      </w:pPr>
    </w:p>
    <w:p w14:paraId="167143A2" w14:textId="77777777" w:rsidR="00217E16" w:rsidRDefault="00217E16" w:rsidP="00217E16">
      <w:pPr>
        <w:rPr>
          <w:b/>
          <w:sz w:val="24"/>
          <w:u w:val="single"/>
        </w:rPr>
      </w:pPr>
    </w:p>
    <w:p w14:paraId="2EE09700" w14:textId="77777777" w:rsidR="00217E16" w:rsidRDefault="00217E16" w:rsidP="00217E16">
      <w:pPr>
        <w:rPr>
          <w:b/>
          <w:sz w:val="24"/>
          <w:u w:val="single"/>
        </w:rPr>
      </w:pPr>
    </w:p>
    <w:p w14:paraId="1AF40F68" w14:textId="77777777" w:rsidR="00217E16" w:rsidRDefault="00217E16" w:rsidP="00217E16">
      <w:pPr>
        <w:rPr>
          <w:b/>
          <w:sz w:val="24"/>
          <w:u w:val="single"/>
        </w:rPr>
      </w:pPr>
    </w:p>
    <w:p w14:paraId="307306D3" w14:textId="08BA6CAC" w:rsidR="00217E16" w:rsidRDefault="00B16969" w:rsidP="00217E16">
      <w:pPr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Tax </w:t>
      </w:r>
      <w:r w:rsidR="00BB1F08">
        <w:rPr>
          <w:b/>
          <w:sz w:val="24"/>
          <w:u w:val="single"/>
        </w:rPr>
        <w:t>Preparation</w:t>
      </w:r>
    </w:p>
    <w:tbl>
      <w:tblPr>
        <w:tblW w:w="13608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B16969" w14:paraId="5BDA1E70" w14:textId="77777777" w:rsidTr="00B16969">
        <w:trPr>
          <w:jc w:val="center"/>
        </w:trPr>
        <w:tc>
          <w:tcPr>
            <w:tcW w:w="525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AA6068" w14:textId="77777777" w:rsidR="00B16969" w:rsidRDefault="00B16969" w:rsidP="006974F3">
            <w:r>
              <w:rPr>
                <w:b/>
              </w:rPr>
              <w:t>Logo</w:t>
            </w:r>
          </w:p>
        </w:tc>
        <w:tc>
          <w:tcPr>
            <w:tcW w:w="8352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15EAD" w14:textId="77777777" w:rsidR="00B16969" w:rsidRDefault="00B16969" w:rsidP="006974F3">
            <w:r>
              <w:rPr>
                <w:b/>
              </w:rPr>
              <w:t>Software</w:t>
            </w:r>
          </w:p>
        </w:tc>
      </w:tr>
      <w:tr w:rsidR="00B16969" w14:paraId="339ECB91" w14:textId="77777777" w:rsidTr="00B16969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CE97D0" w14:textId="68C268C8" w:rsidR="00B16969" w:rsidRDefault="00B16969" w:rsidP="006974F3">
            <w:pPr>
              <w:jc w:val="center"/>
            </w:pPr>
            <w:r w:rsidRPr="00B16969">
              <w:rPr>
                <w:noProof/>
              </w:rPr>
              <w:drawing>
                <wp:inline distT="0" distB="0" distL="0" distR="0" wp14:anchorId="053AA3A4" wp14:editId="48D6FF5B">
                  <wp:extent cx="1463040" cy="1346219"/>
                  <wp:effectExtent l="0" t="0" r="3810" b="6350"/>
                  <wp:docPr id="18141109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110909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665" cy="1355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2DA55" w14:textId="76EB564D" w:rsidR="00B16969" w:rsidRDefault="00B16969" w:rsidP="006974F3">
            <w:r>
              <w:t>Tax Tank</w:t>
            </w:r>
          </w:p>
        </w:tc>
      </w:tr>
      <w:tr w:rsidR="00B16969" w14:paraId="5998C310" w14:textId="77777777" w:rsidTr="00B16969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2279F" w14:textId="5F2D4212" w:rsidR="00B16969" w:rsidRPr="00B16969" w:rsidRDefault="00B16969" w:rsidP="006974F3">
            <w:pPr>
              <w:jc w:val="center"/>
            </w:pPr>
            <w:r w:rsidRPr="00B16969">
              <w:rPr>
                <w:noProof/>
              </w:rPr>
              <w:drawing>
                <wp:inline distT="0" distB="0" distL="0" distR="0" wp14:anchorId="664C9690" wp14:editId="2338ECFA">
                  <wp:extent cx="1714739" cy="1228896"/>
                  <wp:effectExtent l="0" t="0" r="0" b="9525"/>
                  <wp:docPr id="1769687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687104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39" cy="1228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B6B05C" w14:textId="521A0C99" w:rsidR="00B16969" w:rsidRDefault="00B16969" w:rsidP="006974F3">
            <w:proofErr w:type="spellStart"/>
            <w:r>
              <w:t>Hnry</w:t>
            </w:r>
            <w:proofErr w:type="spellEnd"/>
          </w:p>
        </w:tc>
      </w:tr>
      <w:tr w:rsidR="00B16969" w14:paraId="297F94F3" w14:textId="77777777" w:rsidTr="00B16969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A803C2" w14:textId="1944889F" w:rsidR="00B16969" w:rsidRPr="00B16969" w:rsidRDefault="00B16969" w:rsidP="006974F3">
            <w:pPr>
              <w:jc w:val="center"/>
            </w:pPr>
            <w:r w:rsidRPr="00B16969">
              <w:rPr>
                <w:noProof/>
              </w:rPr>
              <w:drawing>
                <wp:inline distT="0" distB="0" distL="0" distR="0" wp14:anchorId="7539EEDC" wp14:editId="4BC14EBA">
                  <wp:extent cx="2065020" cy="1826486"/>
                  <wp:effectExtent l="0" t="0" r="0" b="2540"/>
                  <wp:docPr id="1223508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50898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001" cy="183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510B9" w14:textId="238AFBC4" w:rsidR="00B16969" w:rsidRDefault="00B16969" w:rsidP="006974F3">
            <w:r>
              <w:t xml:space="preserve">One Click Life </w:t>
            </w:r>
          </w:p>
        </w:tc>
      </w:tr>
      <w:tr w:rsidR="00387008" w14:paraId="7CE30B34" w14:textId="77777777" w:rsidTr="00B16969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3DC54" w14:textId="7CE08612" w:rsidR="00387008" w:rsidRPr="00B16969" w:rsidRDefault="00387008" w:rsidP="0038700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845248" wp14:editId="0B5563CF">
                  <wp:extent cx="822960" cy="222662"/>
                  <wp:effectExtent l="0" t="0" r="0" b="0"/>
                  <wp:docPr id="5676850" name="Picture 5676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ero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2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8564A" w14:textId="65E2B2E5" w:rsidR="00387008" w:rsidRDefault="00387008" w:rsidP="00387008">
            <w:r>
              <w:rPr>
                <w:b/>
              </w:rPr>
              <w:t>Xero</w:t>
            </w:r>
          </w:p>
        </w:tc>
      </w:tr>
      <w:tr w:rsidR="00387008" w14:paraId="26FEE125" w14:textId="77777777" w:rsidTr="00B16969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424AB2" w14:textId="1B1006C9" w:rsidR="00387008" w:rsidRDefault="00387008" w:rsidP="00387008">
            <w:pPr>
              <w:jc w:val="center"/>
              <w:rPr>
                <w:noProof/>
              </w:rPr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50E1054A" wp14:editId="6394D188">
                  <wp:extent cx="680225" cy="685800"/>
                  <wp:effectExtent l="0" t="0" r="5715" b="0"/>
                  <wp:docPr id="4939054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20865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73" cy="7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3882CE" w14:textId="5F372C97" w:rsidR="00387008" w:rsidRDefault="00387008" w:rsidP="00387008">
            <w:pPr>
              <w:rPr>
                <w:b/>
              </w:rPr>
            </w:pPr>
            <w:r>
              <w:rPr>
                <w:b/>
              </w:rPr>
              <w:t>QuickBooks</w:t>
            </w:r>
          </w:p>
        </w:tc>
      </w:tr>
    </w:tbl>
    <w:p w14:paraId="4027B728" w14:textId="77777777" w:rsidR="00B16969" w:rsidRDefault="00B16969" w:rsidP="00217E16">
      <w:pPr>
        <w:rPr>
          <w:b/>
          <w:sz w:val="24"/>
          <w:u w:val="single"/>
        </w:rPr>
      </w:pPr>
    </w:p>
    <w:p w14:paraId="47692569" w14:textId="77777777" w:rsidR="00B16969" w:rsidRDefault="00B16969" w:rsidP="00217E16">
      <w:pPr>
        <w:rPr>
          <w:b/>
          <w:sz w:val="24"/>
          <w:u w:val="single"/>
        </w:rPr>
      </w:pPr>
    </w:p>
    <w:p w14:paraId="7E780FE4" w14:textId="77777777" w:rsidR="00B16969" w:rsidRDefault="00B16969" w:rsidP="00217E16">
      <w:pPr>
        <w:rPr>
          <w:b/>
          <w:sz w:val="24"/>
          <w:u w:val="single"/>
        </w:rPr>
      </w:pPr>
    </w:p>
    <w:p w14:paraId="3A08ED41" w14:textId="6705422C" w:rsidR="00164BF5" w:rsidRDefault="00164BF5"/>
    <w:p w14:paraId="7FDDDF95" w14:textId="77777777" w:rsidR="001D71B1" w:rsidRDefault="001D71B1">
      <w:pPr>
        <w:rPr>
          <w:b/>
          <w:bCs/>
          <w:u w:val="single"/>
        </w:rPr>
      </w:pPr>
    </w:p>
    <w:p w14:paraId="474FBFDF" w14:textId="77777777" w:rsidR="001D71B1" w:rsidRDefault="001D71B1">
      <w:pPr>
        <w:rPr>
          <w:b/>
          <w:bCs/>
          <w:u w:val="single"/>
        </w:rPr>
      </w:pPr>
    </w:p>
    <w:p w14:paraId="75301BD7" w14:textId="7DD74A71" w:rsidR="00B16969" w:rsidRPr="00825613" w:rsidRDefault="00B16969">
      <w:pPr>
        <w:rPr>
          <w:b/>
          <w:bCs/>
          <w:sz w:val="24"/>
          <w:szCs w:val="24"/>
          <w:u w:val="single"/>
        </w:rPr>
      </w:pPr>
      <w:r w:rsidRPr="00825613">
        <w:rPr>
          <w:b/>
          <w:bCs/>
          <w:sz w:val="24"/>
          <w:szCs w:val="24"/>
          <w:u w:val="single"/>
        </w:rPr>
        <w:t xml:space="preserve">Payroll </w:t>
      </w:r>
      <w:r w:rsidRPr="00825613">
        <w:rPr>
          <w:b/>
          <w:bCs/>
          <w:sz w:val="24"/>
          <w:szCs w:val="24"/>
          <w:u w:val="single"/>
        </w:rPr>
        <w:br/>
      </w:r>
    </w:p>
    <w:tbl>
      <w:tblPr>
        <w:tblW w:w="13608" w:type="dxa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8352"/>
      </w:tblGrid>
      <w:tr w:rsidR="00B16969" w14:paraId="0E463263" w14:textId="77777777" w:rsidTr="006974F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8ED88" w14:textId="77777777" w:rsidR="00B16969" w:rsidRDefault="00B16969" w:rsidP="006974F3">
            <w:pPr>
              <w:jc w:val="center"/>
            </w:pPr>
            <w:r w:rsidRPr="007F4997">
              <w:rPr>
                <w:noProof/>
              </w:rPr>
              <w:drawing>
                <wp:inline distT="0" distB="0" distL="0" distR="0" wp14:anchorId="35A4F082" wp14:editId="13AB799B">
                  <wp:extent cx="1767840" cy="817136"/>
                  <wp:effectExtent l="0" t="0" r="3810" b="2540"/>
                  <wp:docPr id="2077732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35609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213" cy="820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AD5FEF" w14:textId="77777777" w:rsidR="00B16969" w:rsidRDefault="00B16969" w:rsidP="006974F3">
            <w:r>
              <w:rPr>
                <w:b/>
              </w:rPr>
              <w:t>MYOB</w:t>
            </w:r>
          </w:p>
        </w:tc>
      </w:tr>
      <w:tr w:rsidR="00B16969" w14:paraId="5C1EACB1" w14:textId="77777777" w:rsidTr="006974F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7BC48" w14:textId="77777777" w:rsidR="00B16969" w:rsidRDefault="00B16969" w:rsidP="006974F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64E2A3" wp14:editId="1D574AF4">
                  <wp:extent cx="822960" cy="222662"/>
                  <wp:effectExtent l="0" t="0" r="0" b="0"/>
                  <wp:docPr id="799497943" name="Picture 799497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ero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222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EF876" w14:textId="77777777" w:rsidR="00B16969" w:rsidRDefault="00B16969" w:rsidP="006974F3">
            <w:r>
              <w:rPr>
                <w:b/>
              </w:rPr>
              <w:t>Xero</w:t>
            </w:r>
          </w:p>
        </w:tc>
      </w:tr>
      <w:tr w:rsidR="00B16969" w14:paraId="1134E795" w14:textId="77777777" w:rsidTr="006974F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3FCBC" w14:textId="77777777" w:rsidR="00B16969" w:rsidRDefault="00B16969" w:rsidP="006974F3">
            <w:pPr>
              <w:jc w:val="center"/>
            </w:pPr>
            <w:r w:rsidRPr="005D29D3">
              <w:rPr>
                <w:b/>
                <w:noProof/>
                <w:color w:val="919191"/>
                <w:sz w:val="16"/>
              </w:rPr>
              <w:drawing>
                <wp:inline distT="0" distB="0" distL="0" distR="0" wp14:anchorId="38E32DE9" wp14:editId="7E65111E">
                  <wp:extent cx="680225" cy="685800"/>
                  <wp:effectExtent l="0" t="0" r="5715" b="0"/>
                  <wp:docPr id="1420170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320865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173" cy="7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38A7F" w14:textId="77777777" w:rsidR="00B16969" w:rsidRDefault="00B16969" w:rsidP="006974F3">
            <w:r>
              <w:rPr>
                <w:b/>
              </w:rPr>
              <w:t>QuickBooks</w:t>
            </w:r>
          </w:p>
        </w:tc>
      </w:tr>
      <w:tr w:rsidR="00731491" w14:paraId="614CE0D6" w14:textId="77777777" w:rsidTr="006974F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7AFC8B" w14:textId="16D00C5A" w:rsidR="00731491" w:rsidRPr="005D29D3" w:rsidRDefault="00731491" w:rsidP="00731491">
            <w:pPr>
              <w:jc w:val="center"/>
              <w:rPr>
                <w:b/>
                <w:noProof/>
                <w:color w:val="919191"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4676856D" wp14:editId="4BE9914C">
                  <wp:extent cx="1290320" cy="967740"/>
                  <wp:effectExtent l="0" t="0" r="5080" b="3810"/>
                  <wp:docPr id="1918495843" name="Picture 1918495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p_logo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20" cy="967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373DDC" w14:textId="5A77DD42" w:rsidR="00731491" w:rsidRDefault="00731491" w:rsidP="00731491">
            <w:pPr>
              <w:rPr>
                <w:b/>
              </w:rPr>
            </w:pPr>
            <w:r>
              <w:rPr>
                <w:b/>
              </w:rPr>
              <w:t>ADP</w:t>
            </w:r>
          </w:p>
        </w:tc>
      </w:tr>
      <w:tr w:rsidR="00731491" w14:paraId="756875EF" w14:textId="77777777" w:rsidTr="006974F3">
        <w:trPr>
          <w:jc w:val="center"/>
        </w:trPr>
        <w:tc>
          <w:tcPr>
            <w:tcW w:w="525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008429" w14:textId="0F9E8451" w:rsidR="00731491" w:rsidRDefault="00731491" w:rsidP="00731491">
            <w:pPr>
              <w:jc w:val="center"/>
              <w:rPr>
                <w:noProof/>
              </w:rPr>
            </w:pPr>
            <w:r w:rsidRPr="00731491">
              <w:rPr>
                <w:noProof/>
              </w:rPr>
              <w:drawing>
                <wp:inline distT="0" distB="0" distL="0" distR="0" wp14:anchorId="4F46DDB5" wp14:editId="6CB45120">
                  <wp:extent cx="2286319" cy="838317"/>
                  <wp:effectExtent l="0" t="0" r="0" b="0"/>
                  <wp:docPr id="513241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241798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19" cy="838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AEAA3" w14:textId="6B1EB6A0" w:rsidR="00731491" w:rsidRDefault="00731491" w:rsidP="00731491">
            <w:pPr>
              <w:rPr>
                <w:b/>
              </w:rPr>
            </w:pPr>
            <w:r>
              <w:rPr>
                <w:b/>
              </w:rPr>
              <w:t xml:space="preserve">Payroller </w:t>
            </w:r>
          </w:p>
        </w:tc>
      </w:tr>
    </w:tbl>
    <w:p w14:paraId="04BC9185" w14:textId="7BC5FAB6" w:rsidR="00B16969" w:rsidRPr="00B16969" w:rsidRDefault="00B16969">
      <w:pPr>
        <w:rPr>
          <w:b/>
          <w:bCs/>
          <w:u w:val="single"/>
        </w:rPr>
      </w:pPr>
    </w:p>
    <w:sectPr w:rsidR="00B16969" w:rsidRPr="00B16969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454326">
    <w:abstractNumId w:val="8"/>
  </w:num>
  <w:num w:numId="2" w16cid:durableId="1538153653">
    <w:abstractNumId w:val="6"/>
  </w:num>
  <w:num w:numId="3" w16cid:durableId="962619622">
    <w:abstractNumId w:val="5"/>
  </w:num>
  <w:num w:numId="4" w16cid:durableId="86120616">
    <w:abstractNumId w:val="4"/>
  </w:num>
  <w:num w:numId="5" w16cid:durableId="1607155473">
    <w:abstractNumId w:val="7"/>
  </w:num>
  <w:num w:numId="6" w16cid:durableId="520554913">
    <w:abstractNumId w:val="3"/>
  </w:num>
  <w:num w:numId="7" w16cid:durableId="1074007349">
    <w:abstractNumId w:val="2"/>
  </w:num>
  <w:num w:numId="8" w16cid:durableId="723411079">
    <w:abstractNumId w:val="1"/>
  </w:num>
  <w:num w:numId="9" w16cid:durableId="2098287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7BB"/>
    <w:rsid w:val="00034616"/>
    <w:rsid w:val="0006063C"/>
    <w:rsid w:val="0015074B"/>
    <w:rsid w:val="00164BF5"/>
    <w:rsid w:val="001D71B1"/>
    <w:rsid w:val="001E54BC"/>
    <w:rsid w:val="00217E16"/>
    <w:rsid w:val="00230507"/>
    <w:rsid w:val="0029639D"/>
    <w:rsid w:val="002B1C7E"/>
    <w:rsid w:val="002E45BC"/>
    <w:rsid w:val="00326F90"/>
    <w:rsid w:val="00387008"/>
    <w:rsid w:val="003B1AF4"/>
    <w:rsid w:val="00543971"/>
    <w:rsid w:val="005D29D3"/>
    <w:rsid w:val="0068561A"/>
    <w:rsid w:val="00731491"/>
    <w:rsid w:val="00767C6A"/>
    <w:rsid w:val="007C1DA3"/>
    <w:rsid w:val="007F4997"/>
    <w:rsid w:val="00825613"/>
    <w:rsid w:val="00870ADD"/>
    <w:rsid w:val="008913BE"/>
    <w:rsid w:val="008B08C5"/>
    <w:rsid w:val="009D2E59"/>
    <w:rsid w:val="00A314A6"/>
    <w:rsid w:val="00AA1D8D"/>
    <w:rsid w:val="00B16969"/>
    <w:rsid w:val="00B47730"/>
    <w:rsid w:val="00BA622D"/>
    <w:rsid w:val="00BB1F08"/>
    <w:rsid w:val="00C97F59"/>
    <w:rsid w:val="00CB0664"/>
    <w:rsid w:val="00DE3D69"/>
    <w:rsid w:val="00E70BD0"/>
    <w:rsid w:val="00F41602"/>
    <w:rsid w:val="00F927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F0DE818-6D84-4DEC-9CD5-EA8886A4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Abdulvahid Biyawarwala</cp:lastModifiedBy>
  <cp:revision>17</cp:revision>
  <dcterms:created xsi:type="dcterms:W3CDTF">2026-08-18T07:55:00Z</dcterms:created>
  <dcterms:modified xsi:type="dcterms:W3CDTF">2026-09-19T07:09:00Z</dcterms:modified>
  <cp:category/>
</cp:coreProperties>
</file>